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826B5B" w14:textId="77777777" w:rsidR="0048691B" w:rsidRDefault="00000000">
      <w:pPr>
        <w:jc w:val="center"/>
      </w:pPr>
      <w:r>
        <w:rPr>
          <w:noProof/>
        </w:rPr>
        <w:drawing>
          <wp:inline distT="0" distB="0" distL="0" distR="0" wp14:anchorId="7C26B989" wp14:editId="74A8C49D">
            <wp:extent cx="1463040" cy="8241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Institution_CBU-Belltower-Lettermark_No-Outline_WG_full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8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723A" w14:textId="77777777" w:rsidR="0048691B" w:rsidRDefault="00000000">
      <w:pPr>
        <w:jc w:val="center"/>
      </w:pPr>
      <w:r>
        <w:rPr>
          <w:b/>
          <w:color w:val="003366"/>
          <w:sz w:val="48"/>
        </w:rPr>
        <w:t>AI Usage Scale</w:t>
      </w:r>
      <w:r>
        <w:rPr>
          <w:b/>
          <w:color w:val="003366"/>
          <w:sz w:val="48"/>
        </w:rPr>
        <w:br/>
        <w:t>for Student-Produced Assignments</w:t>
      </w:r>
    </w:p>
    <w:p w14:paraId="59F3F1C3" w14:textId="77777777" w:rsidR="0048691B" w:rsidRDefault="00000000">
      <w:pPr>
        <w:jc w:val="center"/>
      </w:pPr>
      <w:r>
        <w:t>A clear guide for communicating permitted AI use in student assignments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800"/>
      </w:tblGrid>
      <w:tr w:rsidR="0048691B" w14:paraId="41797D68" w14:textId="77777777" w:rsidTr="531E5B02">
        <w:tc>
          <w:tcPr>
            <w:tcW w:w="10800" w:type="dxa"/>
            <w:shd w:val="clear" w:color="auto" w:fill="C00000"/>
          </w:tcPr>
          <w:p w14:paraId="7E8EA5BF" w14:textId="77777777" w:rsidR="0048691B" w:rsidRDefault="531E5B02">
            <w:r w:rsidRPr="531E5B02">
              <w:rPr>
                <w:b/>
                <w:bCs/>
                <w:sz w:val="28"/>
                <w:szCs w:val="28"/>
              </w:rPr>
              <w:t>🚫 LEVEL 1 | NO AI</w:t>
            </w:r>
            <w:r>
              <w:br/>
            </w:r>
            <w:r w:rsidRPr="531E5B02">
              <w:rPr>
                <w:b/>
                <w:bCs/>
                <w:sz w:val="28"/>
                <w:szCs w:val="28"/>
              </w:rPr>
              <w:t>T</w:t>
            </w:r>
            <w:bookmarkStart w:id="0" w:name="_Int_xUciIFam"/>
            <w:r w:rsidRPr="531E5B02">
              <w:rPr>
                <w:b/>
                <w:bCs/>
                <w:sz w:val="28"/>
                <w:szCs w:val="28"/>
              </w:rPr>
              <w:t>he</w:t>
            </w:r>
            <w:bookmarkEnd w:id="0"/>
            <w:r w:rsidRPr="531E5B02">
              <w:rPr>
                <w:b/>
                <w:bCs/>
                <w:sz w:val="28"/>
                <w:szCs w:val="28"/>
              </w:rPr>
              <w:t xml:space="preserve"> assignment is completed entirely without AI assistance. Students rely solely on their own knowledge, understanding, and skills. AI is not used at any point for this assignment.</w:t>
            </w:r>
          </w:p>
        </w:tc>
      </w:tr>
    </w:tbl>
    <w:p w14:paraId="6CCCE3B5" w14:textId="77777777" w:rsidR="0048691B" w:rsidRDefault="0048691B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800"/>
      </w:tblGrid>
      <w:tr w:rsidR="0048691B" w14:paraId="7C45F25B" w14:textId="77777777" w:rsidTr="4E28CB8C">
        <w:tc>
          <w:tcPr>
            <w:tcW w:w="10800" w:type="dxa"/>
            <w:shd w:val="clear" w:color="auto" w:fill="D9D9D9" w:themeFill="background1" w:themeFillShade="D9"/>
          </w:tcPr>
          <w:p w14:paraId="7F15A41D" w14:textId="2CFFFA3A" w:rsidR="0048691B" w:rsidRDefault="519D1CF5">
            <w:r w:rsidRPr="4E28CB8C">
              <w:rPr>
                <w:b/>
                <w:bCs/>
                <w:sz w:val="28"/>
                <w:szCs w:val="28"/>
              </w:rPr>
              <w:t xml:space="preserve">✏️ LEVEL </w:t>
            </w:r>
            <w:r w:rsidR="3F5462BB" w:rsidRPr="4E28CB8C">
              <w:rPr>
                <w:b/>
                <w:bCs/>
                <w:sz w:val="28"/>
                <w:szCs w:val="28"/>
              </w:rPr>
              <w:t>2</w:t>
            </w:r>
            <w:r w:rsidRPr="4E28CB8C">
              <w:rPr>
                <w:b/>
                <w:bCs/>
                <w:sz w:val="28"/>
                <w:szCs w:val="28"/>
              </w:rPr>
              <w:t xml:space="preserve"> | AI-Assisted Editing</w:t>
            </w:r>
            <w:r>
              <w:br/>
            </w:r>
            <w:r w:rsidR="00BF31C5">
              <w:rPr>
                <w:b/>
                <w:bCs/>
                <w:sz w:val="28"/>
                <w:szCs w:val="28"/>
              </w:rPr>
              <w:t>Student</w:t>
            </w:r>
            <w:r w:rsidRPr="4E28CB8C">
              <w:rPr>
                <w:b/>
                <w:bCs/>
                <w:sz w:val="28"/>
                <w:szCs w:val="28"/>
              </w:rPr>
              <w:t xml:space="preserve"> may</w:t>
            </w:r>
            <w:r w:rsidR="00BF31C5">
              <w:rPr>
                <w:b/>
                <w:bCs/>
                <w:sz w:val="28"/>
                <w:szCs w:val="28"/>
              </w:rPr>
              <w:t xml:space="preserve"> use AI to</w:t>
            </w:r>
            <w:r w:rsidRPr="4E28CB8C">
              <w:rPr>
                <w:b/>
                <w:bCs/>
                <w:sz w:val="28"/>
                <w:szCs w:val="28"/>
              </w:rPr>
              <w:t xml:space="preserve"> improve clarity, grammar, or quality, but may not create new content. Original student work must be provided alongside the edited version</w:t>
            </w:r>
            <w:r w:rsidR="2F0C60EE" w:rsidRPr="4E28CB8C">
              <w:rPr>
                <w:b/>
                <w:bCs/>
                <w:sz w:val="28"/>
                <w:szCs w:val="28"/>
              </w:rPr>
              <w:t xml:space="preserve"> with </w:t>
            </w:r>
            <w:r w:rsidR="39AEF535" w:rsidRPr="4E28CB8C">
              <w:rPr>
                <w:b/>
                <w:bCs/>
                <w:sz w:val="28"/>
                <w:szCs w:val="28"/>
              </w:rPr>
              <w:t>clear</w:t>
            </w:r>
            <w:r w:rsidR="2F0C60EE" w:rsidRPr="4E28CB8C">
              <w:rPr>
                <w:b/>
                <w:bCs/>
                <w:sz w:val="28"/>
                <w:szCs w:val="28"/>
              </w:rPr>
              <w:t xml:space="preserve"> </w:t>
            </w:r>
            <w:r w:rsidR="39AEF535" w:rsidRPr="4E28CB8C">
              <w:rPr>
                <w:b/>
                <w:bCs/>
                <w:sz w:val="28"/>
                <w:szCs w:val="28"/>
              </w:rPr>
              <w:t>disclosure of AI use.</w:t>
            </w:r>
            <w:r w:rsidR="2F0C60EE" w:rsidRPr="4E28CB8C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</w:tbl>
    <w:p w14:paraId="66950CB7" w14:textId="77777777" w:rsidR="0048691B" w:rsidRDefault="0048691B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800"/>
      </w:tblGrid>
      <w:tr w:rsidR="0048691B" w14:paraId="78EE3C87" w14:textId="77777777" w:rsidTr="4E28CB8C">
        <w:tc>
          <w:tcPr>
            <w:tcW w:w="10800" w:type="dxa"/>
            <w:shd w:val="clear" w:color="auto" w:fill="D9D9D9" w:themeFill="background1" w:themeFillShade="D9"/>
          </w:tcPr>
          <w:p w14:paraId="0B488A4C" w14:textId="59CB3081" w:rsidR="0048691B" w:rsidRDefault="519D1CF5">
            <w:r w:rsidRPr="4E28CB8C">
              <w:rPr>
                <w:b/>
                <w:bCs/>
                <w:sz w:val="28"/>
                <w:szCs w:val="28"/>
              </w:rPr>
              <w:t xml:space="preserve">💡 LEVEL </w:t>
            </w:r>
            <w:r w:rsidR="5D04679A" w:rsidRPr="4E28CB8C">
              <w:rPr>
                <w:b/>
                <w:bCs/>
                <w:sz w:val="28"/>
                <w:szCs w:val="28"/>
              </w:rPr>
              <w:t>3</w:t>
            </w:r>
            <w:r w:rsidRPr="4E28CB8C">
              <w:rPr>
                <w:b/>
                <w:bCs/>
                <w:sz w:val="28"/>
                <w:szCs w:val="28"/>
              </w:rPr>
              <w:t xml:space="preserve"> | AI-Assisted Idea Generation &amp; Structuring</w:t>
            </w:r>
            <w:r>
              <w:br/>
            </w:r>
            <w:r w:rsidR="00BF31C5">
              <w:rPr>
                <w:b/>
                <w:bCs/>
                <w:sz w:val="28"/>
                <w:szCs w:val="28"/>
              </w:rPr>
              <w:t>Student may use AI</w:t>
            </w:r>
            <w:r w:rsidRPr="4E28CB8C">
              <w:rPr>
                <w:b/>
                <w:bCs/>
                <w:sz w:val="28"/>
                <w:szCs w:val="28"/>
              </w:rPr>
              <w:t xml:space="preserve"> for brainstorming, outlining, and generating ideas. No AI-generated content may appear in the final submission, and all AI-supported brainstorming must be </w:t>
            </w:r>
            <w:r w:rsidR="2F0C60EE" w:rsidRPr="4E28CB8C">
              <w:rPr>
                <w:b/>
                <w:bCs/>
                <w:sz w:val="28"/>
                <w:szCs w:val="28"/>
              </w:rPr>
              <w:t>disclosed</w:t>
            </w:r>
            <w:r w:rsidRPr="4E28CB8C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14:paraId="226F76A2" w14:textId="77777777" w:rsidR="0048691B" w:rsidRDefault="0048691B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800"/>
      </w:tblGrid>
      <w:tr w:rsidR="0048691B" w14:paraId="57A3E25E" w14:textId="77777777">
        <w:tc>
          <w:tcPr>
            <w:tcW w:w="10800" w:type="dxa"/>
            <w:shd w:val="clear" w:color="auto" w:fill="FFD966"/>
          </w:tcPr>
          <w:p w14:paraId="2926FC25" w14:textId="068ACFB4" w:rsidR="0048691B" w:rsidRDefault="00000000">
            <w:r>
              <w:rPr>
                <w:b/>
                <w:sz w:val="28"/>
              </w:rPr>
              <w:t>🤖 LEVEL 4 | AI Task Completion / Human Evaluation</w:t>
            </w:r>
            <w:r>
              <w:rPr>
                <w:b/>
                <w:sz w:val="28"/>
              </w:rPr>
              <w:br/>
            </w:r>
            <w:r w:rsidR="00BF31C5">
              <w:rPr>
                <w:b/>
                <w:sz w:val="28"/>
              </w:rPr>
              <w:t>Student may use AI to</w:t>
            </w:r>
            <w:r>
              <w:rPr>
                <w:b/>
                <w:sz w:val="28"/>
              </w:rPr>
              <w:t xml:space="preserve"> complete portions of the assignment. Student must critically evaluate AI output</w:t>
            </w:r>
            <w:r w:rsidR="00D91557">
              <w:rPr>
                <w:b/>
                <w:sz w:val="28"/>
              </w:rPr>
              <w:t xml:space="preserve"> and </w:t>
            </w:r>
            <w:r>
              <w:rPr>
                <w:b/>
                <w:sz w:val="28"/>
              </w:rPr>
              <w:t>clearly distinguish AI-created content</w:t>
            </w:r>
            <w:r w:rsidR="004A3D92">
              <w:rPr>
                <w:b/>
                <w:sz w:val="28"/>
              </w:rPr>
              <w:t xml:space="preserve"> with </w:t>
            </w:r>
            <w:r w:rsidR="0052262E">
              <w:rPr>
                <w:b/>
                <w:sz w:val="28"/>
              </w:rPr>
              <w:t>complete</w:t>
            </w:r>
            <w:r>
              <w:rPr>
                <w:b/>
                <w:sz w:val="28"/>
              </w:rPr>
              <w:t xml:space="preserve"> </w:t>
            </w:r>
            <w:r w:rsidR="0052262E">
              <w:rPr>
                <w:b/>
                <w:sz w:val="28"/>
              </w:rPr>
              <w:t>disclosure</w:t>
            </w:r>
            <w:r>
              <w:rPr>
                <w:b/>
                <w:sz w:val="28"/>
              </w:rPr>
              <w:t>.</w:t>
            </w:r>
          </w:p>
        </w:tc>
      </w:tr>
    </w:tbl>
    <w:p w14:paraId="45302290" w14:textId="77777777" w:rsidR="0048691B" w:rsidRDefault="0048691B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800"/>
      </w:tblGrid>
      <w:tr w:rsidR="0048691B" w14:paraId="4EE6D9A8" w14:textId="77777777">
        <w:tc>
          <w:tcPr>
            <w:tcW w:w="10800" w:type="dxa"/>
            <w:shd w:val="clear" w:color="auto" w:fill="92D050"/>
          </w:tcPr>
          <w:p w14:paraId="62AAD629" w14:textId="0F493534" w:rsidR="0048691B" w:rsidRDefault="00000000">
            <w:r>
              <w:rPr>
                <w:b/>
                <w:sz w:val="28"/>
              </w:rPr>
              <w:t>🚀 LEVEL 5 | Full AI Collaboration</w:t>
            </w:r>
            <w:r>
              <w:rPr>
                <w:b/>
                <w:sz w:val="28"/>
              </w:rPr>
              <w:br/>
            </w:r>
            <w:r w:rsidR="00BF31C5">
              <w:rPr>
                <w:b/>
                <w:sz w:val="28"/>
              </w:rPr>
              <w:t>Student may use AI</w:t>
            </w:r>
            <w:r>
              <w:rPr>
                <w:b/>
                <w:sz w:val="28"/>
              </w:rPr>
              <w:t xml:space="preserve"> throughout the assignment to support learning, creativity, and completion of requirements. AI use must be clearly </w:t>
            </w:r>
            <w:r w:rsidR="0052262E">
              <w:rPr>
                <w:b/>
                <w:sz w:val="28"/>
              </w:rPr>
              <w:t>disclosed</w:t>
            </w:r>
            <w:r>
              <w:rPr>
                <w:b/>
                <w:sz w:val="28"/>
              </w:rPr>
              <w:t>.</w:t>
            </w:r>
          </w:p>
        </w:tc>
      </w:tr>
    </w:tbl>
    <w:p w14:paraId="0938D80D" w14:textId="77777777" w:rsidR="0048691B" w:rsidRDefault="0048691B"/>
    <w:p w14:paraId="64C53247" w14:textId="77777777" w:rsidR="0048691B" w:rsidRPr="0052262E" w:rsidRDefault="531E5B02">
      <w:pPr>
        <w:jc w:val="center"/>
        <w:rPr>
          <w:sz w:val="15"/>
          <w:szCs w:val="15"/>
        </w:rPr>
      </w:pPr>
      <w:r w:rsidRPr="0052262E">
        <w:rPr>
          <w:i/>
          <w:iCs/>
          <w:sz w:val="15"/>
          <w:szCs w:val="15"/>
        </w:rPr>
        <w:t xml:space="preserve">*Adapted from </w:t>
      </w:r>
      <w:proofErr w:type="spellStart"/>
      <w:r w:rsidRPr="0052262E">
        <w:rPr>
          <w:i/>
          <w:iCs/>
          <w:sz w:val="15"/>
          <w:szCs w:val="15"/>
        </w:rPr>
        <w:t>Sekolah</w:t>
      </w:r>
      <w:proofErr w:type="spellEnd"/>
      <w:r w:rsidRPr="0052262E">
        <w:rPr>
          <w:i/>
          <w:iCs/>
          <w:sz w:val="15"/>
          <w:szCs w:val="15"/>
        </w:rPr>
        <w:t xml:space="preserve"> Pelita Harapan School, Jakarta, Indonesia for Academic Affairs at California Baptist University</w:t>
      </w:r>
    </w:p>
    <w:sectPr w:rsidR="0048691B" w:rsidRPr="0052262E" w:rsidSect="00034616">
      <w:pgSz w:w="12240" w:h="15840"/>
      <w:pgMar w:top="504" w:right="720" w:bottom="50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UciIFam" int2:invalidationBookmarkName="" int2:hashCode="MPCI6mZzh3wuLB" int2:id="uk3jIcrR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7593831">
    <w:abstractNumId w:val="8"/>
  </w:num>
  <w:num w:numId="2" w16cid:durableId="2051415968">
    <w:abstractNumId w:val="6"/>
  </w:num>
  <w:num w:numId="3" w16cid:durableId="879783319">
    <w:abstractNumId w:val="5"/>
  </w:num>
  <w:num w:numId="4" w16cid:durableId="1215503238">
    <w:abstractNumId w:val="4"/>
  </w:num>
  <w:num w:numId="5" w16cid:durableId="1546676912">
    <w:abstractNumId w:val="7"/>
  </w:num>
  <w:num w:numId="6" w16cid:durableId="702704834">
    <w:abstractNumId w:val="3"/>
  </w:num>
  <w:num w:numId="7" w16cid:durableId="296420154">
    <w:abstractNumId w:val="2"/>
  </w:num>
  <w:num w:numId="8" w16cid:durableId="2080714342">
    <w:abstractNumId w:val="1"/>
  </w:num>
  <w:num w:numId="9" w16cid:durableId="20217335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4944"/>
    <w:rsid w:val="0048691B"/>
    <w:rsid w:val="004A3D92"/>
    <w:rsid w:val="0052262E"/>
    <w:rsid w:val="00604A9D"/>
    <w:rsid w:val="00655016"/>
    <w:rsid w:val="007A646D"/>
    <w:rsid w:val="00AA1D8D"/>
    <w:rsid w:val="00B47730"/>
    <w:rsid w:val="00BA44C7"/>
    <w:rsid w:val="00BF31C5"/>
    <w:rsid w:val="00CB0664"/>
    <w:rsid w:val="00D91557"/>
    <w:rsid w:val="00F215F0"/>
    <w:rsid w:val="00FC693F"/>
    <w:rsid w:val="2F0C60EE"/>
    <w:rsid w:val="39AEF535"/>
    <w:rsid w:val="3F5462BB"/>
    <w:rsid w:val="4E28CB8C"/>
    <w:rsid w:val="519D1CF5"/>
    <w:rsid w:val="531E5B02"/>
    <w:rsid w:val="5D04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674EB7"/>
  <w14:defaultImageDpi w14:val="300"/>
  <w15:docId w15:val="{CB1166E8-BFB9-4D2D-BBAF-147DB8C3D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Morris</dc:creator>
  <cp:keywords/>
  <dc:description>generated by python-docx</dc:description>
  <cp:lastModifiedBy>Elizabeth Morris</cp:lastModifiedBy>
  <cp:revision>4</cp:revision>
  <dcterms:created xsi:type="dcterms:W3CDTF">2026-08-13T17:55:00Z</dcterms:created>
  <dcterms:modified xsi:type="dcterms:W3CDTF">2026-08-19T23:38:00Z</dcterms:modified>
  <cp:category/>
</cp:coreProperties>
</file>